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NanumBarunGothic" w:hAnsi="NanumBarunGothic" w:eastAsia="NanumBarunGothic"/>
          <w:b/>
          <w:color w:val="1F2433"/>
          <w:sz w:val="38"/>
        </w:rPr>
        <w:t>D'SHTEL 캠퍼스·단체 문의서</w:t>
      </w:r>
    </w:p>
    <w:p>
      <w:pPr>
        <w:spacing w:after="240"/>
        <w:jc w:val="center"/>
      </w:pPr>
      <w:r>
        <w:rPr>
          <w:rFonts w:ascii="NanumBarunGothic" w:hAnsi="NanumBarunGothic" w:eastAsia="NanumBarunGothic"/>
          <w:color w:val="666A73"/>
          <w:sz w:val="21"/>
        </w:rPr>
        <w:t>학생회·학과·동아리 등 캠퍼스 단체 문의용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1"/>
      </w:tblGrid>
      <w:tr>
        <w:tc>
          <w:tcPr>
            <w:tcW w:type="dxa" w:w="10200"/>
            <w:shd w:fill="F7F7FA"/>
            <w:tcBorders>
              <w:top w:val="single" w:sz="8" w:color="D8DAE2"/>
              <w:left w:val="single" w:sz="8" w:color="D8DAE2"/>
              <w:bottom w:val="single" w:sz="8" w:color="D8DAE2"/>
              <w:right w:val="single" w:sz="8" w:color="D8DAE2"/>
            </w:tcBorders>
            <w:tcMar>
              <w:top w:w="160" w:type="dxa"/>
              <w:start w:w="180" w:type="dxa"/>
              <w:bottom w:w="160" w:type="dxa"/>
              <w:end w:w="180" w:type="dxa"/>
            </w:tcMar>
            <w:vAlign w:val="center"/>
          </w:tcPr>
          <w:p>
            <w:pPr>
              <w:jc w:val="left"/>
            </w:pPr>
            <w:r>
              <w:rPr>
                <w:rFonts w:ascii="NanumBarunGothic" w:hAnsi="NanumBarunGothic" w:eastAsia="NanumBarunGothic"/>
                <w:color w:val="404552"/>
                <w:sz w:val="19"/>
              </w:rPr>
              <w:t>본 양식은 D'SHTEL 캠퍼스·단체 문의 접수를 위한 서식입니다. 아래 항목을 작성하여 제출해 주세요.</w:t>
            </w:r>
          </w:p>
        </w:tc>
      </w:tr>
    </w:tbl>
    <w:p>
      <w:pPr>
        <w:spacing w:after="12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483"/>
      </w:tblGrid>
      <w:tr>
        <w:trPr>
          <w:trHeight w:val="652"/>
        </w:trPr>
        <w:tc>
          <w:tcPr>
            <w:tcW w:type="dxa" w:w="5100"/>
            <w:tcBorders>
              <w:top w:val="single" w:sz="6" w:color="C9CCD6"/>
              <w:left w:val="single" w:sz="6" w:color="C9CCD6"/>
              <w:bottom w:val="single" w:sz="6" w:color="C9CCD6"/>
              <w:right w:val="single" w:sz="6" w:color="C9CCD6"/>
            </w:tcBorders>
            <w:tcMar>
              <w:top w:w="120" w:type="dxa"/>
              <w:start w:w="160" w:type="dxa"/>
              <w:bottom w:w="120" w:type="dxa"/>
              <w:end w:w="160" w:type="dxa"/>
            </w:tcMar>
            <w:vAlign w:val="center"/>
            <w:shd w:fill="F1F2F6"/>
          </w:tcPr>
          <w:p>
            <w:pPr>
              <w:jc w:val="center"/>
            </w:pPr>
            <w:r>
              <w:rPr>
                <w:rFonts w:ascii="NanumBarunGothic" w:hAnsi="NanumBarunGothic" w:eastAsia="NanumBarunGothic"/>
                <w:b/>
                <w:color w:val="232633"/>
                <w:sz w:val="21"/>
              </w:rPr>
              <w:t>문의 유형</w:t>
            </w:r>
          </w:p>
        </w:tc>
        <w:tc>
          <w:tcPr>
            <w:tcW w:type="dxa" w:w="5100"/>
            <w:tcBorders>
              <w:top w:val="single" w:sz="6" w:color="C9CCD6"/>
              <w:left w:val="single" w:sz="6" w:color="C9CCD6"/>
              <w:bottom w:val="single" w:sz="6" w:color="C9CCD6"/>
              <w:right w:val="single" w:sz="6" w:color="C9CCD6"/>
            </w:tcBorders>
            <w:tcMar>
              <w:top w:w="120" w:type="dxa"/>
              <w:start w:w="160" w:type="dxa"/>
              <w:bottom w:w="120" w:type="dxa"/>
              <w:end w:w="160" w:type="dxa"/>
            </w:tcMar>
            <w:vAlign w:val="center"/>
            <w:shd w:fill="FFFFFF"/>
          </w:tcPr>
          <w:p>
            <w:pPr>
              <w:jc w:val="left"/>
            </w:pPr>
            <w:r>
              <w:rPr>
                <w:rFonts w:ascii="NanumBarunGothic" w:hAnsi="NanumBarunGothic" w:eastAsia="NanumBarunGothic"/>
                <w:color w:val="8A8F9E"/>
                <w:sz w:val="18"/>
              </w:rPr>
              <w:t>예: 학생회/학과/동아리/행사/기타</w:t>
            </w:r>
          </w:p>
          <w:p>
            <w:pPr>
              <w:spacing w:before="40" w:after="0"/>
            </w:pPr>
            <w:r>
              <w:rPr>
                <w:rFonts w:ascii="NanumBarunGothic" w:hAnsi="NanumBarunGothic" w:eastAsia="NanumBarunGothic"/>
                <w:color w:val="B6BAC6"/>
                <w:sz w:val="17"/>
              </w:rPr>
              <w:t xml:space="preserve"> ______________________________________________________</w:t>
            </w:r>
          </w:p>
        </w:tc>
      </w:tr>
      <w:tr>
        <w:trPr>
          <w:trHeight w:val="652"/>
        </w:trPr>
        <w:tc>
          <w:tcPr>
            <w:tcW w:type="dxa" w:w="5100"/>
            <w:tcBorders>
              <w:top w:val="single" w:sz="6" w:color="C9CCD6"/>
              <w:left w:val="single" w:sz="6" w:color="C9CCD6"/>
              <w:bottom w:val="single" w:sz="6" w:color="C9CCD6"/>
              <w:right w:val="single" w:sz="6" w:color="C9CCD6"/>
            </w:tcBorders>
            <w:tcMar>
              <w:top w:w="120" w:type="dxa"/>
              <w:start w:w="160" w:type="dxa"/>
              <w:bottom w:w="120" w:type="dxa"/>
              <w:end w:w="160" w:type="dxa"/>
            </w:tcMar>
            <w:vAlign w:val="center"/>
            <w:shd w:fill="F1F2F6"/>
          </w:tcPr>
          <w:p>
            <w:pPr>
              <w:jc w:val="center"/>
            </w:pPr>
            <w:r>
              <w:rPr>
                <w:rFonts w:ascii="NanumBarunGothic" w:hAnsi="NanumBarunGothic" w:eastAsia="NanumBarunGothic"/>
                <w:b/>
                <w:color w:val="232633"/>
                <w:sz w:val="21"/>
              </w:rPr>
              <w:t>학교명</w:t>
            </w:r>
          </w:p>
        </w:tc>
        <w:tc>
          <w:tcPr>
            <w:tcW w:type="dxa" w:w="5100"/>
            <w:tcBorders>
              <w:top w:val="single" w:sz="6" w:color="C9CCD6"/>
              <w:left w:val="single" w:sz="6" w:color="C9CCD6"/>
              <w:bottom w:val="single" w:sz="6" w:color="C9CCD6"/>
              <w:right w:val="single" w:sz="6" w:color="C9CCD6"/>
            </w:tcBorders>
            <w:tcMar>
              <w:top w:w="120" w:type="dxa"/>
              <w:start w:w="160" w:type="dxa"/>
              <w:bottom w:w="120" w:type="dxa"/>
              <w:end w:w="160" w:type="dxa"/>
            </w:tcMar>
            <w:vAlign w:val="center"/>
            <w:shd w:fill="FFFFFF"/>
          </w:tcPr>
          <w:p>
            <w:pPr>
              <w:jc w:val="left"/>
            </w:pPr>
          </w:p>
          <w:p>
            <w:pPr>
              <w:spacing w:before="40" w:after="0"/>
            </w:pPr>
            <w:r>
              <w:rPr>
                <w:rFonts w:ascii="NanumBarunGothic" w:hAnsi="NanumBarunGothic" w:eastAsia="NanumBarunGothic"/>
                <w:color w:val="B6BAC6"/>
                <w:sz w:val="17"/>
              </w:rPr>
              <w:t xml:space="preserve"> ______________________________________________________</w:t>
            </w:r>
          </w:p>
        </w:tc>
      </w:tr>
      <w:tr>
        <w:trPr>
          <w:trHeight w:val="652"/>
        </w:trPr>
        <w:tc>
          <w:tcPr>
            <w:tcW w:type="dxa" w:w="5100"/>
            <w:tcBorders>
              <w:top w:val="single" w:sz="6" w:color="C9CCD6"/>
              <w:left w:val="single" w:sz="6" w:color="C9CCD6"/>
              <w:bottom w:val="single" w:sz="6" w:color="C9CCD6"/>
              <w:right w:val="single" w:sz="6" w:color="C9CCD6"/>
            </w:tcBorders>
            <w:tcMar>
              <w:top w:w="120" w:type="dxa"/>
              <w:start w:w="160" w:type="dxa"/>
              <w:bottom w:w="120" w:type="dxa"/>
              <w:end w:w="160" w:type="dxa"/>
            </w:tcMar>
            <w:vAlign w:val="center"/>
            <w:shd w:fill="F1F2F6"/>
          </w:tcPr>
          <w:p>
            <w:pPr>
              <w:jc w:val="center"/>
            </w:pPr>
            <w:r>
              <w:rPr>
                <w:rFonts w:ascii="NanumBarunGothic" w:hAnsi="NanumBarunGothic" w:eastAsia="NanumBarunGothic"/>
                <w:b/>
                <w:color w:val="232633"/>
                <w:sz w:val="21"/>
              </w:rPr>
              <w:t>단체명</w:t>
            </w:r>
          </w:p>
        </w:tc>
        <w:tc>
          <w:tcPr>
            <w:tcW w:type="dxa" w:w="5100"/>
            <w:tcBorders>
              <w:top w:val="single" w:sz="6" w:color="C9CCD6"/>
              <w:left w:val="single" w:sz="6" w:color="C9CCD6"/>
              <w:bottom w:val="single" w:sz="6" w:color="C9CCD6"/>
              <w:right w:val="single" w:sz="6" w:color="C9CCD6"/>
            </w:tcBorders>
            <w:tcMar>
              <w:top w:w="120" w:type="dxa"/>
              <w:start w:w="160" w:type="dxa"/>
              <w:bottom w:w="120" w:type="dxa"/>
              <w:end w:w="160" w:type="dxa"/>
            </w:tcMar>
            <w:vAlign w:val="center"/>
            <w:shd w:fill="FFFFFF"/>
          </w:tcPr>
          <w:p>
            <w:pPr>
              <w:jc w:val="left"/>
            </w:pPr>
            <w:r>
              <w:rPr>
                <w:rFonts w:ascii="NanumBarunGothic" w:hAnsi="NanumBarunGothic" w:eastAsia="NanumBarunGothic"/>
                <w:color w:val="8A8F9E"/>
                <w:sz w:val="18"/>
              </w:rPr>
              <w:t>예: 총학생회, 단과대 학생회, 학과 학생회, 동아리 등</w:t>
            </w:r>
          </w:p>
          <w:p>
            <w:pPr>
              <w:spacing w:before="40" w:after="0"/>
            </w:pPr>
            <w:r>
              <w:rPr>
                <w:rFonts w:ascii="NanumBarunGothic" w:hAnsi="NanumBarunGothic" w:eastAsia="NanumBarunGothic"/>
                <w:color w:val="B6BAC6"/>
                <w:sz w:val="17"/>
              </w:rPr>
              <w:t xml:space="preserve"> ______________________________________________________</w:t>
            </w:r>
          </w:p>
        </w:tc>
      </w:tr>
      <w:tr>
        <w:trPr>
          <w:trHeight w:val="652"/>
        </w:trPr>
        <w:tc>
          <w:tcPr>
            <w:tcW w:type="dxa" w:w="5100"/>
            <w:tcBorders>
              <w:top w:val="single" w:sz="6" w:color="C9CCD6"/>
              <w:left w:val="single" w:sz="6" w:color="C9CCD6"/>
              <w:bottom w:val="single" w:sz="6" w:color="C9CCD6"/>
              <w:right w:val="single" w:sz="6" w:color="C9CCD6"/>
            </w:tcBorders>
            <w:tcMar>
              <w:top w:w="120" w:type="dxa"/>
              <w:start w:w="160" w:type="dxa"/>
              <w:bottom w:w="120" w:type="dxa"/>
              <w:end w:w="160" w:type="dxa"/>
            </w:tcMar>
            <w:vAlign w:val="center"/>
            <w:shd w:fill="F1F2F6"/>
          </w:tcPr>
          <w:p>
            <w:pPr>
              <w:jc w:val="center"/>
            </w:pPr>
            <w:r>
              <w:rPr>
                <w:rFonts w:ascii="NanumBarunGothic" w:hAnsi="NanumBarunGothic" w:eastAsia="NanumBarunGothic"/>
                <w:b/>
                <w:color w:val="232633"/>
                <w:sz w:val="21"/>
              </w:rPr>
              <w:t>담당자명</w:t>
            </w:r>
          </w:p>
        </w:tc>
        <w:tc>
          <w:tcPr>
            <w:tcW w:type="dxa" w:w="5100"/>
            <w:tcBorders>
              <w:top w:val="single" w:sz="6" w:color="C9CCD6"/>
              <w:left w:val="single" w:sz="6" w:color="C9CCD6"/>
              <w:bottom w:val="single" w:sz="6" w:color="C9CCD6"/>
              <w:right w:val="single" w:sz="6" w:color="C9CCD6"/>
            </w:tcBorders>
            <w:tcMar>
              <w:top w:w="120" w:type="dxa"/>
              <w:start w:w="160" w:type="dxa"/>
              <w:bottom w:w="120" w:type="dxa"/>
              <w:end w:w="160" w:type="dxa"/>
            </w:tcMar>
            <w:vAlign w:val="center"/>
            <w:shd w:fill="FFFFFF"/>
          </w:tcPr>
          <w:p>
            <w:pPr>
              <w:jc w:val="left"/>
            </w:pPr>
          </w:p>
          <w:p>
            <w:pPr>
              <w:spacing w:before="40" w:after="0"/>
            </w:pPr>
            <w:r>
              <w:rPr>
                <w:rFonts w:ascii="NanumBarunGothic" w:hAnsi="NanumBarunGothic" w:eastAsia="NanumBarunGothic"/>
                <w:color w:val="B6BAC6"/>
                <w:sz w:val="17"/>
              </w:rPr>
              <w:t xml:space="preserve"> ______________________________________________________</w:t>
            </w:r>
          </w:p>
        </w:tc>
      </w:tr>
      <w:tr>
        <w:trPr>
          <w:trHeight w:val="652"/>
        </w:trPr>
        <w:tc>
          <w:tcPr>
            <w:tcW w:type="dxa" w:w="5100"/>
            <w:tcBorders>
              <w:top w:val="single" w:sz="6" w:color="C9CCD6"/>
              <w:left w:val="single" w:sz="6" w:color="C9CCD6"/>
              <w:bottom w:val="single" w:sz="6" w:color="C9CCD6"/>
              <w:right w:val="single" w:sz="6" w:color="C9CCD6"/>
            </w:tcBorders>
            <w:tcMar>
              <w:top w:w="120" w:type="dxa"/>
              <w:start w:w="160" w:type="dxa"/>
              <w:bottom w:w="120" w:type="dxa"/>
              <w:end w:w="160" w:type="dxa"/>
            </w:tcMar>
            <w:vAlign w:val="center"/>
            <w:shd w:fill="F1F2F6"/>
          </w:tcPr>
          <w:p>
            <w:pPr>
              <w:jc w:val="center"/>
            </w:pPr>
            <w:r>
              <w:rPr>
                <w:rFonts w:ascii="NanumBarunGothic" w:hAnsi="NanumBarunGothic" w:eastAsia="NanumBarunGothic"/>
                <w:b/>
                <w:color w:val="232633"/>
                <w:sz w:val="21"/>
              </w:rPr>
              <w:t>직책</w:t>
            </w:r>
          </w:p>
        </w:tc>
        <w:tc>
          <w:tcPr>
            <w:tcW w:type="dxa" w:w="5100"/>
            <w:tcBorders>
              <w:top w:val="single" w:sz="6" w:color="C9CCD6"/>
              <w:left w:val="single" w:sz="6" w:color="C9CCD6"/>
              <w:bottom w:val="single" w:sz="6" w:color="C9CCD6"/>
              <w:right w:val="single" w:sz="6" w:color="C9CCD6"/>
            </w:tcBorders>
            <w:tcMar>
              <w:top w:w="120" w:type="dxa"/>
              <w:start w:w="160" w:type="dxa"/>
              <w:bottom w:w="120" w:type="dxa"/>
              <w:end w:w="160" w:type="dxa"/>
            </w:tcMar>
            <w:vAlign w:val="center"/>
            <w:shd w:fill="FFFFFF"/>
          </w:tcPr>
          <w:p>
            <w:pPr>
              <w:jc w:val="left"/>
            </w:pPr>
            <w:r>
              <w:rPr>
                <w:rFonts w:ascii="NanumBarunGothic" w:hAnsi="NanumBarunGothic" w:eastAsia="NanumBarunGothic"/>
                <w:color w:val="8A8F9E"/>
                <w:sz w:val="18"/>
              </w:rPr>
              <w:t>예: 회장, 부회장, 복지국장, 기획국장 등</w:t>
            </w:r>
          </w:p>
          <w:p>
            <w:pPr>
              <w:spacing w:before="40" w:after="0"/>
            </w:pPr>
            <w:r>
              <w:rPr>
                <w:rFonts w:ascii="NanumBarunGothic" w:hAnsi="NanumBarunGothic" w:eastAsia="NanumBarunGothic"/>
                <w:color w:val="B6BAC6"/>
                <w:sz w:val="17"/>
              </w:rPr>
              <w:t xml:space="preserve"> ______________________________________________________</w:t>
            </w:r>
          </w:p>
        </w:tc>
      </w:tr>
      <w:tr>
        <w:trPr>
          <w:trHeight w:val="652"/>
        </w:trPr>
        <w:tc>
          <w:tcPr>
            <w:tcW w:type="dxa" w:w="5100"/>
            <w:tcBorders>
              <w:top w:val="single" w:sz="6" w:color="C9CCD6"/>
              <w:left w:val="single" w:sz="6" w:color="C9CCD6"/>
              <w:bottom w:val="single" w:sz="6" w:color="C9CCD6"/>
              <w:right w:val="single" w:sz="6" w:color="C9CCD6"/>
            </w:tcBorders>
            <w:tcMar>
              <w:top w:w="120" w:type="dxa"/>
              <w:start w:w="160" w:type="dxa"/>
              <w:bottom w:w="120" w:type="dxa"/>
              <w:end w:w="160" w:type="dxa"/>
            </w:tcMar>
            <w:vAlign w:val="center"/>
            <w:shd w:fill="F1F2F6"/>
          </w:tcPr>
          <w:p>
            <w:pPr>
              <w:jc w:val="center"/>
            </w:pPr>
            <w:r>
              <w:rPr>
                <w:rFonts w:ascii="NanumBarunGothic" w:hAnsi="NanumBarunGothic" w:eastAsia="NanumBarunGothic"/>
                <w:b/>
                <w:color w:val="232633"/>
                <w:sz w:val="21"/>
              </w:rPr>
              <w:t>연락처</w:t>
            </w:r>
          </w:p>
        </w:tc>
        <w:tc>
          <w:tcPr>
            <w:tcW w:type="dxa" w:w="5100"/>
            <w:tcBorders>
              <w:top w:val="single" w:sz="6" w:color="C9CCD6"/>
              <w:left w:val="single" w:sz="6" w:color="C9CCD6"/>
              <w:bottom w:val="single" w:sz="6" w:color="C9CCD6"/>
              <w:right w:val="single" w:sz="6" w:color="C9CCD6"/>
            </w:tcBorders>
            <w:tcMar>
              <w:top w:w="120" w:type="dxa"/>
              <w:start w:w="160" w:type="dxa"/>
              <w:bottom w:w="120" w:type="dxa"/>
              <w:end w:w="160" w:type="dxa"/>
            </w:tcMar>
            <w:vAlign w:val="center"/>
            <w:shd w:fill="FFFFFF"/>
          </w:tcPr>
          <w:p>
            <w:pPr>
              <w:jc w:val="left"/>
            </w:pPr>
          </w:p>
          <w:p>
            <w:pPr>
              <w:spacing w:before="40" w:after="0"/>
            </w:pPr>
            <w:r>
              <w:rPr>
                <w:rFonts w:ascii="NanumBarunGothic" w:hAnsi="NanumBarunGothic" w:eastAsia="NanumBarunGothic"/>
                <w:color w:val="B6BAC6"/>
                <w:sz w:val="17"/>
              </w:rPr>
              <w:t xml:space="preserve"> ______________________________________________________</w:t>
            </w:r>
          </w:p>
        </w:tc>
      </w:tr>
      <w:tr>
        <w:trPr>
          <w:trHeight w:val="652"/>
        </w:trPr>
        <w:tc>
          <w:tcPr>
            <w:tcW w:type="dxa" w:w="5100"/>
            <w:tcBorders>
              <w:top w:val="single" w:sz="6" w:color="C9CCD6"/>
              <w:left w:val="single" w:sz="6" w:color="C9CCD6"/>
              <w:bottom w:val="single" w:sz="6" w:color="C9CCD6"/>
              <w:right w:val="single" w:sz="6" w:color="C9CCD6"/>
            </w:tcBorders>
            <w:tcMar>
              <w:top w:w="120" w:type="dxa"/>
              <w:start w:w="160" w:type="dxa"/>
              <w:bottom w:w="120" w:type="dxa"/>
              <w:end w:w="160" w:type="dxa"/>
            </w:tcMar>
            <w:vAlign w:val="center"/>
            <w:shd w:fill="F1F2F6"/>
          </w:tcPr>
          <w:p>
            <w:pPr>
              <w:jc w:val="center"/>
            </w:pPr>
            <w:r>
              <w:rPr>
                <w:rFonts w:ascii="NanumBarunGothic" w:hAnsi="NanumBarunGothic" w:eastAsia="NanumBarunGothic"/>
                <w:b/>
                <w:color w:val="232633"/>
                <w:sz w:val="21"/>
              </w:rPr>
              <w:t>이메일</w:t>
            </w:r>
          </w:p>
        </w:tc>
        <w:tc>
          <w:tcPr>
            <w:tcW w:type="dxa" w:w="5100"/>
            <w:tcBorders>
              <w:top w:val="single" w:sz="6" w:color="C9CCD6"/>
              <w:left w:val="single" w:sz="6" w:color="C9CCD6"/>
              <w:bottom w:val="single" w:sz="6" w:color="C9CCD6"/>
              <w:right w:val="single" w:sz="6" w:color="C9CCD6"/>
            </w:tcBorders>
            <w:tcMar>
              <w:top w:w="120" w:type="dxa"/>
              <w:start w:w="160" w:type="dxa"/>
              <w:bottom w:w="120" w:type="dxa"/>
              <w:end w:w="160" w:type="dxa"/>
            </w:tcMar>
            <w:vAlign w:val="center"/>
            <w:shd w:fill="FFFFFF"/>
          </w:tcPr>
          <w:p>
            <w:pPr>
              <w:jc w:val="left"/>
            </w:pPr>
          </w:p>
          <w:p>
            <w:pPr>
              <w:spacing w:before="40" w:after="0"/>
            </w:pPr>
            <w:r>
              <w:rPr>
                <w:rFonts w:ascii="NanumBarunGothic" w:hAnsi="NanumBarunGothic" w:eastAsia="NanumBarunGothic"/>
                <w:color w:val="B6BAC6"/>
                <w:sz w:val="17"/>
              </w:rPr>
              <w:t xml:space="preserve"> ______________________________________________________</w:t>
            </w:r>
          </w:p>
        </w:tc>
      </w:tr>
      <w:tr>
        <w:trPr>
          <w:trHeight w:val="652"/>
        </w:trPr>
        <w:tc>
          <w:tcPr>
            <w:tcW w:type="dxa" w:w="5100"/>
            <w:tcBorders>
              <w:top w:val="single" w:sz="6" w:color="C9CCD6"/>
              <w:left w:val="single" w:sz="6" w:color="C9CCD6"/>
              <w:bottom w:val="single" w:sz="6" w:color="C9CCD6"/>
              <w:right w:val="single" w:sz="6" w:color="C9CCD6"/>
            </w:tcBorders>
            <w:tcMar>
              <w:top w:w="120" w:type="dxa"/>
              <w:start w:w="160" w:type="dxa"/>
              <w:bottom w:w="120" w:type="dxa"/>
              <w:end w:w="160" w:type="dxa"/>
            </w:tcMar>
            <w:vAlign w:val="center"/>
            <w:shd w:fill="F1F2F6"/>
          </w:tcPr>
          <w:p>
            <w:pPr>
              <w:jc w:val="center"/>
            </w:pPr>
            <w:r>
              <w:rPr>
                <w:rFonts w:ascii="NanumBarunGothic" w:hAnsi="NanumBarunGothic" w:eastAsia="NanumBarunGothic"/>
                <w:b/>
                <w:color w:val="232633"/>
                <w:sz w:val="21"/>
              </w:rPr>
              <w:t>희망 목적</w:t>
            </w:r>
          </w:p>
        </w:tc>
        <w:tc>
          <w:tcPr>
            <w:tcW w:type="dxa" w:w="5100"/>
            <w:tcBorders>
              <w:top w:val="single" w:sz="6" w:color="C9CCD6"/>
              <w:left w:val="single" w:sz="6" w:color="C9CCD6"/>
              <w:bottom w:val="single" w:sz="6" w:color="C9CCD6"/>
              <w:right w:val="single" w:sz="6" w:color="C9CCD6"/>
            </w:tcBorders>
            <w:tcMar>
              <w:top w:w="120" w:type="dxa"/>
              <w:start w:w="160" w:type="dxa"/>
              <w:bottom w:w="120" w:type="dxa"/>
              <w:end w:w="160" w:type="dxa"/>
            </w:tcMar>
            <w:vAlign w:val="center"/>
            <w:shd w:fill="FFFFFF"/>
          </w:tcPr>
          <w:p>
            <w:pPr>
              <w:jc w:val="left"/>
            </w:pPr>
            <w:r>
              <w:rPr>
                <w:rFonts w:ascii="NanumBarunGothic" w:hAnsi="NanumBarunGothic" w:eastAsia="NanumBarunGothic"/>
                <w:color w:val="8A8F9E"/>
                <w:sz w:val="18"/>
              </w:rPr>
              <w:t>예: 행사, 복지, 협업, 단체 문의 등</w:t>
            </w:r>
          </w:p>
          <w:p>
            <w:pPr>
              <w:spacing w:before="40" w:after="0"/>
            </w:pPr>
            <w:r>
              <w:rPr>
                <w:rFonts w:ascii="NanumBarunGothic" w:hAnsi="NanumBarunGothic" w:eastAsia="NanumBarunGothic"/>
                <w:color w:val="B6BAC6"/>
                <w:sz w:val="17"/>
              </w:rPr>
              <w:t xml:space="preserve"> ______________________________________________________</w:t>
            </w:r>
          </w:p>
        </w:tc>
      </w:tr>
    </w:tbl>
    <w:p>
      <w:pPr>
        <w:spacing w:after="160" w:before="0"/>
      </w:pPr>
    </w:p>
    <w:p>
      <w:pPr>
        <w:spacing w:after="80"/>
      </w:pPr>
      <w:r>
        <w:rPr>
          <w:rFonts w:ascii="NanumBarunGothic" w:hAnsi="NanumBarunGothic" w:eastAsia="NanumBarunGothic"/>
          <w:b/>
          <w:color w:val="1F2433"/>
          <w:sz w:val="24"/>
        </w:rPr>
        <w:t>개인정보 수집·이용 및 파기 안내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51"/>
      </w:tblGrid>
      <w:tr>
        <w:tc>
          <w:tcPr>
            <w:tcW w:type="dxa" w:w="10200"/>
            <w:shd w:fill="FBFBFD"/>
            <w:tcBorders>
              <w:top w:val="single" w:sz="6" w:color="D8DAE2"/>
              <w:left w:val="single" w:sz="6" w:color="D8DAE2"/>
              <w:bottom w:val="single" w:sz="6" w:color="D8DAE2"/>
              <w:right w:val="single" w:sz="6" w:color="D8DAE2"/>
            </w:tcBorders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40"/>
            </w:pPr>
            <w:r/>
            <w:r>
              <w:rPr>
                <w:rFonts w:ascii="NanumBarunGothic" w:hAnsi="NanumBarunGothic" w:eastAsia="NanumBarunGothic"/>
                <w:color w:val="404552"/>
                <w:sz w:val="18"/>
              </w:rPr>
              <w:t>1. 수집 항목: 문의 유형, 학교명, 단체명, 담당자명, 직책, 연락처, 이메일, 희망 목적</w:t>
            </w:r>
          </w:p>
          <w:p>
            <w:pPr>
              <w:spacing w:after="40"/>
            </w:pPr>
            <w:r>
              <w:rPr>
                <w:rFonts w:ascii="NanumBarunGothic" w:hAnsi="NanumBarunGothic" w:eastAsia="NanumBarunGothic"/>
                <w:color w:val="404552"/>
                <w:sz w:val="18"/>
              </w:rPr>
              <w:t>2. 이용 목적: 문의 접수, 확인, 회신 및 캠퍼스·단체 협업 가능 여부 검토</w:t>
            </w:r>
          </w:p>
          <w:p>
            <w:pPr>
              <w:spacing w:after="40"/>
            </w:pPr>
            <w:r>
              <w:rPr>
                <w:rFonts w:ascii="NanumBarunGothic" w:hAnsi="NanumBarunGothic" w:eastAsia="NanumBarunGothic"/>
                <w:color w:val="404552"/>
                <w:sz w:val="18"/>
              </w:rPr>
              <w:t>3. 보유 및 이용 기간: 문의 처리 완료 또는 협업 진행 여부 최종 안내 후 30일 이내 파기</w:t>
            </w:r>
          </w:p>
          <w:p>
            <w:pPr>
              <w:spacing w:after="40"/>
            </w:pPr>
            <w:r>
              <w:rPr>
                <w:rFonts w:ascii="NanumBarunGothic" w:hAnsi="NanumBarunGothic" w:eastAsia="NanumBarunGothic"/>
                <w:color w:val="404552"/>
                <w:sz w:val="18"/>
              </w:rPr>
              <w:t>4. 목적 외 이용 제한: 수집된 정보는 위 목적 외로 사용하지 않으며, 정보주체의 별도 동의 없이 제3자에게 제공하지 않습니다.</w:t>
            </w:r>
          </w:p>
          <w:p>
            <w:pPr>
              <w:spacing w:after="40"/>
            </w:pPr>
            <w:r>
              <w:rPr>
                <w:rFonts w:ascii="NanumBarunGothic" w:hAnsi="NanumBarunGothic" w:eastAsia="NanumBarunGothic"/>
                <w:color w:val="404552"/>
                <w:sz w:val="18"/>
              </w:rPr>
              <w:t>5. 파기 방법: 전자파일은 복구가 어려운 방식으로 삭제하고, 출력물은 분쇄 또는 이에 준하는 방법으로 폐기합니다.</w:t>
            </w:r>
          </w:p>
          <w:p>
            <w:pPr>
              <w:spacing w:after="0"/>
            </w:pPr>
            <w:r>
              <w:rPr>
                <w:rFonts w:ascii="NanumBarunGothic" w:hAnsi="NanumBarunGothic" w:eastAsia="NanumBarunGothic"/>
                <w:b/>
                <w:color w:val="333743"/>
                <w:sz w:val="18"/>
              </w:rPr>
              <w:t>본 양식을 제출하는 경우 위 개인정보 수집·이용 안내를 확인한 것으로 봅니다.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anumBarunGothic" w:hAnsi="NanumBarunGothic" w:eastAsia="NanumBarunGothic"/>
        <w:color w:val="8A8F9E"/>
        <w:sz w:val="17"/>
      </w:rPr>
      <w:t>D'SHTEL / 주식회사 디슈텔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anumBarunGothic" w:hAnsi="NanumBarunGothic" w:eastAsia="NanumBarun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D'SHTEL 캠퍼스·단체 문의서</dc:title>
  <dc:subject>캠퍼스·단체 문의 접수 양식</dc:subject>
  <dc:creator>D'SHTEL</dc:creator>
  <cp:keywords/>
  <dc:description>Created for campus/student organization inquiry intake.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